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DECLARAÇÃO DE CONTRIBUIÇÃO DOS AUTORES</w:t>
      </w:r>
    </w:p>
    <w:p>
      <w:r>
        <w:t>Nós, abaixo assinados, autores do manuscrito intitulado “__________________________________________”, submetido para avaliação na Revista __________________________________________, declaramos que cada autor contribuiu de forma significativa para a realização do presente trabalho, conforme descrito abaixo: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Nome do Autor</w:t>
            </w:r>
          </w:p>
        </w:tc>
        <w:tc>
          <w:tcPr>
            <w:tcW w:type="dxa" w:w="4320"/>
          </w:tcPr>
          <w:p>
            <w:r>
              <w:t>Contribuição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(Ex.: Concepção e desenho do estudo; coleta de dados; análise e interpretação dos dados; redação do manuscrito; revisão crítica relevante do conteúdo; aprovação final da versão a ser publicada; responsabilidade pela integridade do trabalho.)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(Ex.: Concepção e desenho do estudo; coleta de dados; análise e interpretação dos dados; redação do manuscrito; revisão crítica relevante do conteúdo; aprovação final da versão a ser publicada; responsabilidade pela integridade do trabalho.)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>
              <w:t>(Ex.: Concepção e desenho do estudo; coleta de dados; análise e interpretação dos dados; redação do manuscrito; revisão crítica relevante do conteúdo; aprovação final da versão a ser publicada; responsabilidade pela integridade do trabalho.)</w:t>
            </w:r>
          </w:p>
        </w:tc>
      </w:tr>
    </w:tbl>
    <w:p>
      <w:r>
        <w:t>Declaramos, ainda, que todos os autores leram e aprovaram a versão final do manuscrito e concordam com sua submissão para avaliação pela Revista __________________________________________.</w:t>
      </w:r>
    </w:p>
    <w:p>
      <w:r>
        <w:t>(Local), ___ de ____________________ de _______.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Nome completo dos autores</w:t>
            </w:r>
          </w:p>
        </w:tc>
        <w:tc>
          <w:tcPr>
            <w:tcW w:type="dxa" w:w="4320"/>
          </w:tcPr>
          <w:p>
            <w:r>
              <w:t>Assinatura</w:t>
            </w:r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/>
          </w:p>
        </w:tc>
        <w:tc>
          <w:tcPr>
            <w:tcW w:type="dxa" w:w="4320"/>
          </w:tcPr>
          <w:p>
            <w:r/>
          </w:p>
        </w:tc>
      </w:tr>
    </w:tbl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